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15AC0" w14:textId="28B7C7F0" w:rsidR="000F69E3" w:rsidRDefault="000F69E3" w:rsidP="000F69E3">
      <w:pPr>
        <w:pStyle w:val="NormalWeb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5F9CAD6" wp14:editId="09E042F6">
            <wp:simplePos x="0" y="0"/>
            <wp:positionH relativeFrom="column">
              <wp:posOffset>5588000</wp:posOffset>
            </wp:positionH>
            <wp:positionV relativeFrom="paragraph">
              <wp:posOffset>6350</wp:posOffset>
            </wp:positionV>
            <wp:extent cx="1104900" cy="1104900"/>
            <wp:effectExtent l="0" t="0" r="0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6D35">
        <w:rPr>
          <w:b/>
          <w:sz w:val="28"/>
        </w:rPr>
        <w:t>CLUB DE L'ÉPAGNEUL BRETON</w:t>
      </w:r>
    </w:p>
    <w:p w14:paraId="568F65D2" w14:textId="77777777" w:rsidR="00EA249A" w:rsidRDefault="00E46D35" w:rsidP="000F69E3">
      <w:pPr>
        <w:jc w:val="center"/>
      </w:pPr>
      <w:r>
        <w:t xml:space="preserve">T.A.N – Test </w:t>
      </w:r>
      <w:proofErr w:type="spellStart"/>
      <w:r>
        <w:t>d’Aptitudes</w:t>
      </w:r>
      <w:proofErr w:type="spellEnd"/>
      <w:r>
        <w:t xml:space="preserve"> Naturelles sur perdreaux</w:t>
      </w:r>
      <w:r>
        <w:br/>
        <w:t>Brevet en eau profonde – Brevet à terre – Séance de confirmation</w:t>
      </w:r>
    </w:p>
    <w:p w14:paraId="41B1EA4B" w14:textId="64579932" w:rsidR="00EA249A" w:rsidRDefault="00E46D35" w:rsidP="0064505B">
      <w:pPr>
        <w:jc w:val="center"/>
      </w:pPr>
      <w:r>
        <w:t>Dimanche 13 septembre 2026 – Château de Brélidy (22140)</w:t>
      </w:r>
    </w:p>
    <w:p w14:paraId="617611E4" w14:textId="364868BD" w:rsidR="00EA249A" w:rsidRDefault="00E46D35">
      <w:pPr>
        <w:jc w:val="center"/>
      </w:pPr>
      <w:r>
        <w:rPr>
          <w:b/>
        </w:rPr>
        <w:t>Accueil 8h</w:t>
      </w:r>
      <w:proofErr w:type="gramStart"/>
      <w:r>
        <w:rPr>
          <w:b/>
        </w:rPr>
        <w:t>30  |</w:t>
      </w:r>
      <w:proofErr w:type="gramEnd"/>
      <w:r>
        <w:rPr>
          <w:b/>
        </w:rPr>
        <w:t xml:space="preserve">  Départ terrains 9h</w:t>
      </w:r>
      <w:proofErr w:type="gramStart"/>
      <w:r>
        <w:rPr>
          <w:b/>
        </w:rPr>
        <w:t>30  |</w:t>
      </w:r>
      <w:proofErr w:type="gramEnd"/>
      <w:r>
        <w:rPr>
          <w:b/>
        </w:rPr>
        <w:t xml:space="preserve">  Confirmation </w:t>
      </w:r>
      <w:proofErr w:type="spellStart"/>
      <w:r>
        <w:rPr>
          <w:b/>
        </w:rPr>
        <w:t>dès</w:t>
      </w:r>
      <w:proofErr w:type="spellEnd"/>
      <w:r>
        <w:rPr>
          <w:b/>
        </w:rPr>
        <w:t xml:space="preserve"> 10h30</w:t>
      </w:r>
    </w:p>
    <w:p w14:paraId="5715C7A4" w14:textId="39A97DB5" w:rsidR="00EA249A" w:rsidRDefault="00E46D35" w:rsidP="0064505B">
      <w:pPr>
        <w:jc w:val="center"/>
      </w:pPr>
      <w:r>
        <w:t xml:space="preserve">Date limite </w:t>
      </w:r>
      <w:proofErr w:type="spellStart"/>
      <w:proofErr w:type="gramStart"/>
      <w:r>
        <w:t>d’inscription</w:t>
      </w:r>
      <w:proofErr w:type="spellEnd"/>
      <w:r>
        <w:t xml:space="preserve"> :</w:t>
      </w:r>
      <w:proofErr w:type="gramEnd"/>
      <w:r>
        <w:t xml:space="preserve"> 20 </w:t>
      </w:r>
      <w:proofErr w:type="spellStart"/>
      <w:r>
        <w:t>août</w:t>
      </w:r>
      <w:proofErr w:type="spellEnd"/>
      <w:r>
        <w:t xml:space="preserve"> 2026</w:t>
      </w:r>
    </w:p>
    <w:p w14:paraId="7998D590" w14:textId="77777777" w:rsidR="00EA249A" w:rsidRDefault="00E46D35">
      <w:pPr>
        <w:pStyle w:val="Titre2"/>
      </w:pPr>
      <w:r>
        <w:t>BULLETIN D’ENGAGEMENT (1 chien par feuille)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EA249A" w14:paraId="0D662C84" w14:textId="77777777">
        <w:trPr>
          <w:jc w:val="center"/>
        </w:trPr>
        <w:tc>
          <w:tcPr>
            <w:tcW w:w="5270" w:type="dxa"/>
          </w:tcPr>
          <w:p w14:paraId="7745E03B" w14:textId="77777777" w:rsidR="00EA249A" w:rsidRDefault="00E46D35">
            <w:r>
              <w:t>Nom du chien et affixe</w:t>
            </w:r>
          </w:p>
        </w:tc>
        <w:tc>
          <w:tcPr>
            <w:tcW w:w="5270" w:type="dxa"/>
          </w:tcPr>
          <w:p w14:paraId="4EB83F6E" w14:textId="77777777" w:rsidR="00EA249A" w:rsidRDefault="00E46D35">
            <w:r>
              <w:t xml:space="preserve"> </w:t>
            </w:r>
          </w:p>
        </w:tc>
      </w:tr>
      <w:tr w:rsidR="00EA249A" w14:paraId="45A01E5A" w14:textId="77777777">
        <w:trPr>
          <w:jc w:val="center"/>
        </w:trPr>
        <w:tc>
          <w:tcPr>
            <w:tcW w:w="5270" w:type="dxa"/>
          </w:tcPr>
          <w:p w14:paraId="23C6775B" w14:textId="77777777" w:rsidR="00EA249A" w:rsidRDefault="00E46D35">
            <w:r>
              <w:t>Sexe (F / M)</w:t>
            </w:r>
          </w:p>
        </w:tc>
        <w:tc>
          <w:tcPr>
            <w:tcW w:w="5270" w:type="dxa"/>
          </w:tcPr>
          <w:p w14:paraId="0FDDA8C4" w14:textId="77777777" w:rsidR="00EA249A" w:rsidRDefault="00E46D35">
            <w:r>
              <w:t xml:space="preserve"> </w:t>
            </w:r>
          </w:p>
        </w:tc>
      </w:tr>
      <w:tr w:rsidR="00EA249A" w14:paraId="0E2B0AF0" w14:textId="77777777">
        <w:trPr>
          <w:jc w:val="center"/>
        </w:trPr>
        <w:tc>
          <w:tcPr>
            <w:tcW w:w="5270" w:type="dxa"/>
          </w:tcPr>
          <w:p w14:paraId="2AB9308C" w14:textId="77777777" w:rsidR="00EA249A" w:rsidRDefault="00E46D35">
            <w:r>
              <w:t>Date de naissance</w:t>
            </w:r>
          </w:p>
        </w:tc>
        <w:tc>
          <w:tcPr>
            <w:tcW w:w="5270" w:type="dxa"/>
          </w:tcPr>
          <w:p w14:paraId="1D883A23" w14:textId="77777777" w:rsidR="00EA249A" w:rsidRDefault="00E46D35">
            <w:r>
              <w:t xml:space="preserve"> </w:t>
            </w:r>
          </w:p>
        </w:tc>
      </w:tr>
      <w:tr w:rsidR="00EA249A" w14:paraId="2181CACF" w14:textId="77777777">
        <w:trPr>
          <w:jc w:val="center"/>
        </w:trPr>
        <w:tc>
          <w:tcPr>
            <w:tcW w:w="5270" w:type="dxa"/>
          </w:tcPr>
          <w:p w14:paraId="244F51D6" w14:textId="77777777" w:rsidR="00EA249A" w:rsidRDefault="00E46D35">
            <w:r>
              <w:t>N° LOF</w:t>
            </w:r>
          </w:p>
        </w:tc>
        <w:tc>
          <w:tcPr>
            <w:tcW w:w="5270" w:type="dxa"/>
          </w:tcPr>
          <w:p w14:paraId="12033E82" w14:textId="77777777" w:rsidR="00EA249A" w:rsidRDefault="00E46D35">
            <w:r>
              <w:t xml:space="preserve"> </w:t>
            </w:r>
          </w:p>
        </w:tc>
      </w:tr>
      <w:tr w:rsidR="00EA249A" w14:paraId="002ECEF0" w14:textId="77777777">
        <w:trPr>
          <w:jc w:val="center"/>
        </w:trPr>
        <w:tc>
          <w:tcPr>
            <w:tcW w:w="5270" w:type="dxa"/>
          </w:tcPr>
          <w:p w14:paraId="0B4E28EA" w14:textId="77777777" w:rsidR="00EA249A" w:rsidRDefault="00E46D35">
            <w:r>
              <w:t>N° tatouage / puce</w:t>
            </w:r>
          </w:p>
        </w:tc>
        <w:tc>
          <w:tcPr>
            <w:tcW w:w="5270" w:type="dxa"/>
          </w:tcPr>
          <w:p w14:paraId="508457F2" w14:textId="77777777" w:rsidR="00EA249A" w:rsidRDefault="00E46D35">
            <w:r>
              <w:t xml:space="preserve"> </w:t>
            </w:r>
          </w:p>
        </w:tc>
      </w:tr>
      <w:tr w:rsidR="00EA249A" w14:paraId="7ABD69C6" w14:textId="77777777">
        <w:trPr>
          <w:jc w:val="center"/>
        </w:trPr>
        <w:tc>
          <w:tcPr>
            <w:tcW w:w="5270" w:type="dxa"/>
          </w:tcPr>
          <w:p w14:paraId="1EC56F82" w14:textId="77777777" w:rsidR="00EA249A" w:rsidRDefault="00E46D35">
            <w:r>
              <w:t>Conducteur (si différent)</w:t>
            </w:r>
          </w:p>
        </w:tc>
        <w:tc>
          <w:tcPr>
            <w:tcW w:w="5270" w:type="dxa"/>
          </w:tcPr>
          <w:p w14:paraId="1753890D" w14:textId="77777777" w:rsidR="00EA249A" w:rsidRDefault="00E46D35">
            <w:r>
              <w:t xml:space="preserve"> </w:t>
            </w:r>
          </w:p>
        </w:tc>
      </w:tr>
    </w:tbl>
    <w:p w14:paraId="4F8FB7A8" w14:textId="77777777" w:rsidR="00EA249A" w:rsidRDefault="00EA249A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EA249A" w14:paraId="4350C637" w14:textId="77777777">
        <w:trPr>
          <w:jc w:val="center"/>
        </w:trPr>
        <w:tc>
          <w:tcPr>
            <w:tcW w:w="5270" w:type="dxa"/>
          </w:tcPr>
          <w:p w14:paraId="57858311" w14:textId="77777777" w:rsidR="00EA249A" w:rsidRPr="004F61E7" w:rsidRDefault="00E46D35">
            <w:r w:rsidRPr="004F61E7">
              <w:t xml:space="preserve">Nom et </w:t>
            </w:r>
            <w:proofErr w:type="spellStart"/>
            <w:r w:rsidRPr="004F61E7">
              <w:t>prénom</w:t>
            </w:r>
            <w:proofErr w:type="spellEnd"/>
            <w:r w:rsidRPr="004F61E7">
              <w:t xml:space="preserve"> du propriétaire</w:t>
            </w:r>
          </w:p>
        </w:tc>
        <w:tc>
          <w:tcPr>
            <w:tcW w:w="5270" w:type="dxa"/>
          </w:tcPr>
          <w:p w14:paraId="3802179D" w14:textId="77777777" w:rsidR="00EA249A" w:rsidRDefault="00E46D35">
            <w:r>
              <w:t xml:space="preserve"> </w:t>
            </w:r>
          </w:p>
        </w:tc>
      </w:tr>
      <w:tr w:rsidR="00EA249A" w14:paraId="5A4B22F5" w14:textId="77777777">
        <w:trPr>
          <w:jc w:val="center"/>
        </w:trPr>
        <w:tc>
          <w:tcPr>
            <w:tcW w:w="5270" w:type="dxa"/>
          </w:tcPr>
          <w:p w14:paraId="0CD10034" w14:textId="77777777" w:rsidR="00EA249A" w:rsidRPr="004F61E7" w:rsidRDefault="00E46D35">
            <w:r w:rsidRPr="004F61E7">
              <w:t>Adresse complète</w:t>
            </w:r>
          </w:p>
        </w:tc>
        <w:tc>
          <w:tcPr>
            <w:tcW w:w="5270" w:type="dxa"/>
          </w:tcPr>
          <w:p w14:paraId="490184A9" w14:textId="77777777" w:rsidR="00EA249A" w:rsidRDefault="00E46D35">
            <w:r>
              <w:t xml:space="preserve"> </w:t>
            </w:r>
          </w:p>
        </w:tc>
      </w:tr>
      <w:tr w:rsidR="00EA249A" w14:paraId="4BEAF66F" w14:textId="77777777">
        <w:trPr>
          <w:jc w:val="center"/>
        </w:trPr>
        <w:tc>
          <w:tcPr>
            <w:tcW w:w="5270" w:type="dxa"/>
          </w:tcPr>
          <w:p w14:paraId="0F88E97F" w14:textId="77777777" w:rsidR="00EA249A" w:rsidRPr="004F61E7" w:rsidRDefault="00E46D35">
            <w:r w:rsidRPr="004F61E7">
              <w:t>Code postal / Ville</w:t>
            </w:r>
          </w:p>
        </w:tc>
        <w:tc>
          <w:tcPr>
            <w:tcW w:w="5270" w:type="dxa"/>
          </w:tcPr>
          <w:p w14:paraId="12727479" w14:textId="77777777" w:rsidR="00EA249A" w:rsidRDefault="00E46D35">
            <w:r>
              <w:t xml:space="preserve"> </w:t>
            </w:r>
          </w:p>
        </w:tc>
      </w:tr>
      <w:tr w:rsidR="00EA249A" w14:paraId="2B334AA9" w14:textId="77777777">
        <w:trPr>
          <w:jc w:val="center"/>
        </w:trPr>
        <w:tc>
          <w:tcPr>
            <w:tcW w:w="5270" w:type="dxa"/>
          </w:tcPr>
          <w:p w14:paraId="0FFCEE2C" w14:textId="77777777" w:rsidR="00EA249A" w:rsidRPr="004F61E7" w:rsidRDefault="00E46D35">
            <w:r w:rsidRPr="004F61E7">
              <w:t>Téléphone</w:t>
            </w:r>
          </w:p>
        </w:tc>
        <w:tc>
          <w:tcPr>
            <w:tcW w:w="5270" w:type="dxa"/>
          </w:tcPr>
          <w:p w14:paraId="7549CC66" w14:textId="77777777" w:rsidR="00EA249A" w:rsidRDefault="00E46D35">
            <w:r>
              <w:t xml:space="preserve"> </w:t>
            </w:r>
          </w:p>
        </w:tc>
      </w:tr>
      <w:tr w:rsidR="00EA249A" w14:paraId="4FDC8DE8" w14:textId="77777777">
        <w:trPr>
          <w:jc w:val="center"/>
        </w:trPr>
        <w:tc>
          <w:tcPr>
            <w:tcW w:w="5270" w:type="dxa"/>
          </w:tcPr>
          <w:p w14:paraId="69C3F48F" w14:textId="77777777" w:rsidR="00EA249A" w:rsidRPr="004F61E7" w:rsidRDefault="00E46D35">
            <w:r w:rsidRPr="004F61E7">
              <w:t>Email</w:t>
            </w:r>
          </w:p>
        </w:tc>
        <w:tc>
          <w:tcPr>
            <w:tcW w:w="5270" w:type="dxa"/>
          </w:tcPr>
          <w:p w14:paraId="1D89F083" w14:textId="77777777" w:rsidR="00EA249A" w:rsidRDefault="00E46D35">
            <w:r>
              <w:t xml:space="preserve"> </w:t>
            </w:r>
          </w:p>
        </w:tc>
      </w:tr>
    </w:tbl>
    <w:p w14:paraId="5B3CDF96" w14:textId="77777777" w:rsidR="00EA249A" w:rsidRDefault="00EA249A"/>
    <w:p w14:paraId="495A6352" w14:textId="77777777" w:rsidR="00EA249A" w:rsidRDefault="00E46D35">
      <w:pPr>
        <w:pStyle w:val="Titre2"/>
      </w:pPr>
      <w:r>
        <w:t>CHOIX DES ENGAGEMENTS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EA249A" w14:paraId="4ED10BBA" w14:textId="77777777">
        <w:trPr>
          <w:jc w:val="center"/>
        </w:trPr>
        <w:tc>
          <w:tcPr>
            <w:tcW w:w="2635" w:type="dxa"/>
          </w:tcPr>
          <w:p w14:paraId="2BA114DC" w14:textId="77777777" w:rsidR="00EA249A" w:rsidRDefault="00E46D35">
            <w:r>
              <w:t>Choix</w:t>
            </w:r>
          </w:p>
        </w:tc>
        <w:tc>
          <w:tcPr>
            <w:tcW w:w="2635" w:type="dxa"/>
          </w:tcPr>
          <w:p w14:paraId="5DAA0E1E" w14:textId="77777777" w:rsidR="00EA249A" w:rsidRDefault="00E46D35">
            <w:r>
              <w:t>Épreuve</w:t>
            </w:r>
          </w:p>
        </w:tc>
        <w:tc>
          <w:tcPr>
            <w:tcW w:w="2635" w:type="dxa"/>
          </w:tcPr>
          <w:p w14:paraId="5FEC78B4" w14:textId="77777777" w:rsidR="00EA249A" w:rsidRDefault="00E46D35">
            <w:r>
              <w:t>Tarif</w:t>
            </w:r>
          </w:p>
        </w:tc>
        <w:tc>
          <w:tcPr>
            <w:tcW w:w="2635" w:type="dxa"/>
          </w:tcPr>
          <w:p w14:paraId="0DDF6923" w14:textId="77777777" w:rsidR="00EA249A" w:rsidRDefault="00E46D35">
            <w:r>
              <w:t>Montant</w:t>
            </w:r>
          </w:p>
        </w:tc>
      </w:tr>
      <w:tr w:rsidR="00EA249A" w14:paraId="51294C8D" w14:textId="77777777">
        <w:trPr>
          <w:jc w:val="center"/>
        </w:trPr>
        <w:tc>
          <w:tcPr>
            <w:tcW w:w="2635" w:type="dxa"/>
          </w:tcPr>
          <w:p w14:paraId="44BBB842" w14:textId="77777777" w:rsidR="00EA249A" w:rsidRDefault="00E46D35">
            <w:r>
              <w:t>☐</w:t>
            </w:r>
          </w:p>
        </w:tc>
        <w:tc>
          <w:tcPr>
            <w:tcW w:w="2635" w:type="dxa"/>
          </w:tcPr>
          <w:p w14:paraId="7098A613" w14:textId="77777777" w:rsidR="00EA249A" w:rsidRDefault="00E46D35">
            <w:r>
              <w:t>TAN Adhérent CEB</w:t>
            </w:r>
          </w:p>
        </w:tc>
        <w:tc>
          <w:tcPr>
            <w:tcW w:w="2635" w:type="dxa"/>
          </w:tcPr>
          <w:p w14:paraId="2B280889" w14:textId="77777777" w:rsidR="00EA249A" w:rsidRDefault="00E46D35">
            <w:r>
              <w:t>20 €</w:t>
            </w:r>
          </w:p>
        </w:tc>
        <w:tc>
          <w:tcPr>
            <w:tcW w:w="2635" w:type="dxa"/>
          </w:tcPr>
          <w:p w14:paraId="39DC3D52" w14:textId="77777777" w:rsidR="00EA249A" w:rsidRDefault="00EA249A"/>
        </w:tc>
      </w:tr>
      <w:tr w:rsidR="00EA249A" w14:paraId="02E8BF06" w14:textId="77777777">
        <w:trPr>
          <w:jc w:val="center"/>
        </w:trPr>
        <w:tc>
          <w:tcPr>
            <w:tcW w:w="2635" w:type="dxa"/>
          </w:tcPr>
          <w:p w14:paraId="386AAE4A" w14:textId="77777777" w:rsidR="00EA249A" w:rsidRDefault="00E46D35">
            <w:r>
              <w:t>☐</w:t>
            </w:r>
          </w:p>
        </w:tc>
        <w:tc>
          <w:tcPr>
            <w:tcW w:w="2635" w:type="dxa"/>
          </w:tcPr>
          <w:p w14:paraId="6FAD2A64" w14:textId="77777777" w:rsidR="00EA249A" w:rsidRDefault="00E46D35">
            <w:r>
              <w:t>TAN Non Adhérent CEB</w:t>
            </w:r>
          </w:p>
        </w:tc>
        <w:tc>
          <w:tcPr>
            <w:tcW w:w="2635" w:type="dxa"/>
          </w:tcPr>
          <w:p w14:paraId="6140328A" w14:textId="77777777" w:rsidR="00EA249A" w:rsidRDefault="00E46D35">
            <w:r>
              <w:t>30 €</w:t>
            </w:r>
          </w:p>
        </w:tc>
        <w:tc>
          <w:tcPr>
            <w:tcW w:w="2635" w:type="dxa"/>
          </w:tcPr>
          <w:p w14:paraId="76DFCDD8" w14:textId="77777777" w:rsidR="00EA249A" w:rsidRDefault="00EA249A"/>
        </w:tc>
      </w:tr>
      <w:tr w:rsidR="00EA249A" w14:paraId="107C9E32" w14:textId="77777777">
        <w:trPr>
          <w:jc w:val="center"/>
        </w:trPr>
        <w:tc>
          <w:tcPr>
            <w:tcW w:w="2635" w:type="dxa"/>
          </w:tcPr>
          <w:p w14:paraId="35F4FDDB" w14:textId="77777777" w:rsidR="00EA249A" w:rsidRDefault="00E46D35">
            <w:r>
              <w:t>☐</w:t>
            </w:r>
          </w:p>
        </w:tc>
        <w:tc>
          <w:tcPr>
            <w:tcW w:w="2635" w:type="dxa"/>
          </w:tcPr>
          <w:p w14:paraId="12BB88A4" w14:textId="77777777" w:rsidR="00EA249A" w:rsidRDefault="00E46D35">
            <w:r>
              <w:t>Brevet rapport eau profonde</w:t>
            </w:r>
          </w:p>
        </w:tc>
        <w:tc>
          <w:tcPr>
            <w:tcW w:w="2635" w:type="dxa"/>
          </w:tcPr>
          <w:p w14:paraId="3F75AA09" w14:textId="77777777" w:rsidR="00EA249A" w:rsidRDefault="00E46D35">
            <w:r>
              <w:t>10 €</w:t>
            </w:r>
          </w:p>
        </w:tc>
        <w:tc>
          <w:tcPr>
            <w:tcW w:w="2635" w:type="dxa"/>
          </w:tcPr>
          <w:p w14:paraId="2008E66D" w14:textId="77777777" w:rsidR="00EA249A" w:rsidRDefault="00EA249A"/>
        </w:tc>
      </w:tr>
      <w:tr w:rsidR="00EA249A" w14:paraId="7F8299B4" w14:textId="77777777">
        <w:trPr>
          <w:jc w:val="center"/>
        </w:trPr>
        <w:tc>
          <w:tcPr>
            <w:tcW w:w="2635" w:type="dxa"/>
          </w:tcPr>
          <w:p w14:paraId="17CD994A" w14:textId="77777777" w:rsidR="00EA249A" w:rsidRDefault="00E46D35">
            <w:r>
              <w:t>☐</w:t>
            </w:r>
          </w:p>
        </w:tc>
        <w:tc>
          <w:tcPr>
            <w:tcW w:w="2635" w:type="dxa"/>
          </w:tcPr>
          <w:p w14:paraId="457E7D68" w14:textId="77777777" w:rsidR="00EA249A" w:rsidRDefault="00E46D35">
            <w:r>
              <w:t>Brevet rapport à terre</w:t>
            </w:r>
          </w:p>
        </w:tc>
        <w:tc>
          <w:tcPr>
            <w:tcW w:w="2635" w:type="dxa"/>
          </w:tcPr>
          <w:p w14:paraId="209DCA3C" w14:textId="77777777" w:rsidR="00EA249A" w:rsidRDefault="00E46D35">
            <w:r>
              <w:t>10 €</w:t>
            </w:r>
          </w:p>
        </w:tc>
        <w:tc>
          <w:tcPr>
            <w:tcW w:w="2635" w:type="dxa"/>
          </w:tcPr>
          <w:p w14:paraId="60643643" w14:textId="77777777" w:rsidR="00EA249A" w:rsidRDefault="00EA249A"/>
        </w:tc>
      </w:tr>
      <w:tr w:rsidR="00EA249A" w14:paraId="377A5237" w14:textId="77777777">
        <w:trPr>
          <w:jc w:val="center"/>
        </w:trPr>
        <w:tc>
          <w:tcPr>
            <w:tcW w:w="2635" w:type="dxa"/>
          </w:tcPr>
          <w:p w14:paraId="504F87C6" w14:textId="77777777" w:rsidR="00EA249A" w:rsidRDefault="00E46D35">
            <w:r>
              <w:t>☐</w:t>
            </w:r>
          </w:p>
        </w:tc>
        <w:tc>
          <w:tcPr>
            <w:tcW w:w="2635" w:type="dxa"/>
          </w:tcPr>
          <w:p w14:paraId="16189AAA" w14:textId="77777777" w:rsidR="00EA249A" w:rsidRDefault="00E46D35">
            <w:r>
              <w:t>Brevet Terre + Eau</w:t>
            </w:r>
          </w:p>
        </w:tc>
        <w:tc>
          <w:tcPr>
            <w:tcW w:w="2635" w:type="dxa"/>
          </w:tcPr>
          <w:p w14:paraId="48F2162B" w14:textId="77777777" w:rsidR="00EA249A" w:rsidRDefault="00E46D35">
            <w:r>
              <w:t>15 €</w:t>
            </w:r>
          </w:p>
        </w:tc>
        <w:tc>
          <w:tcPr>
            <w:tcW w:w="2635" w:type="dxa"/>
          </w:tcPr>
          <w:p w14:paraId="0A49421F" w14:textId="77777777" w:rsidR="00EA249A" w:rsidRDefault="00EA249A"/>
        </w:tc>
      </w:tr>
      <w:tr w:rsidR="00EA249A" w14:paraId="4D0785A2" w14:textId="77777777">
        <w:trPr>
          <w:jc w:val="center"/>
        </w:trPr>
        <w:tc>
          <w:tcPr>
            <w:tcW w:w="2635" w:type="dxa"/>
          </w:tcPr>
          <w:p w14:paraId="6AB0CF3C" w14:textId="77777777" w:rsidR="00EA249A" w:rsidRDefault="00E46D35">
            <w:r>
              <w:t>☐</w:t>
            </w:r>
          </w:p>
        </w:tc>
        <w:tc>
          <w:tcPr>
            <w:tcW w:w="2635" w:type="dxa"/>
          </w:tcPr>
          <w:p w14:paraId="1C0B2709" w14:textId="77777777" w:rsidR="00EA249A" w:rsidRDefault="00E46D35">
            <w:r>
              <w:t>Repas (13 € x ___ pers.)</w:t>
            </w:r>
          </w:p>
        </w:tc>
        <w:tc>
          <w:tcPr>
            <w:tcW w:w="2635" w:type="dxa"/>
          </w:tcPr>
          <w:p w14:paraId="72E54FDF" w14:textId="77777777" w:rsidR="00EA249A" w:rsidRDefault="00E46D35">
            <w:r>
              <w:t>13 €</w:t>
            </w:r>
          </w:p>
        </w:tc>
        <w:tc>
          <w:tcPr>
            <w:tcW w:w="2635" w:type="dxa"/>
          </w:tcPr>
          <w:p w14:paraId="6236026A" w14:textId="77777777" w:rsidR="00EA249A" w:rsidRDefault="00EA249A"/>
        </w:tc>
      </w:tr>
      <w:tr w:rsidR="00EA249A" w14:paraId="63293250" w14:textId="77777777">
        <w:trPr>
          <w:jc w:val="center"/>
        </w:trPr>
        <w:tc>
          <w:tcPr>
            <w:tcW w:w="2635" w:type="dxa"/>
          </w:tcPr>
          <w:p w14:paraId="349E6B9F" w14:textId="77777777" w:rsidR="00EA249A" w:rsidRDefault="00E46D35">
            <w:r>
              <w:t>☐</w:t>
            </w:r>
          </w:p>
        </w:tc>
        <w:tc>
          <w:tcPr>
            <w:tcW w:w="2635" w:type="dxa"/>
          </w:tcPr>
          <w:p w14:paraId="3C938F73" w14:textId="77777777" w:rsidR="00EA249A" w:rsidRDefault="00E46D35">
            <w:r>
              <w:t>Adhésion CEB 2026</w:t>
            </w:r>
          </w:p>
        </w:tc>
        <w:tc>
          <w:tcPr>
            <w:tcW w:w="2635" w:type="dxa"/>
          </w:tcPr>
          <w:p w14:paraId="03F2FCB5" w14:textId="77777777" w:rsidR="00EA249A" w:rsidRDefault="00E46D35">
            <w:r>
              <w:t>35 €</w:t>
            </w:r>
          </w:p>
        </w:tc>
        <w:tc>
          <w:tcPr>
            <w:tcW w:w="2635" w:type="dxa"/>
          </w:tcPr>
          <w:p w14:paraId="1BD55BA3" w14:textId="77777777" w:rsidR="00EA249A" w:rsidRDefault="00EA249A"/>
        </w:tc>
      </w:tr>
      <w:tr w:rsidR="00EA249A" w14:paraId="2ACC3D99" w14:textId="77777777">
        <w:trPr>
          <w:jc w:val="center"/>
        </w:trPr>
        <w:tc>
          <w:tcPr>
            <w:tcW w:w="2635" w:type="dxa"/>
          </w:tcPr>
          <w:p w14:paraId="3E7C0672" w14:textId="77777777" w:rsidR="00EA249A" w:rsidRDefault="00E46D35">
            <w:r>
              <w:t>☐</w:t>
            </w:r>
          </w:p>
        </w:tc>
        <w:tc>
          <w:tcPr>
            <w:tcW w:w="2635" w:type="dxa"/>
          </w:tcPr>
          <w:p w14:paraId="37102605" w14:textId="77777777" w:rsidR="00EA249A" w:rsidRDefault="00E46D35">
            <w:r>
              <w:t>Confirmation</w:t>
            </w:r>
          </w:p>
        </w:tc>
        <w:tc>
          <w:tcPr>
            <w:tcW w:w="2635" w:type="dxa"/>
          </w:tcPr>
          <w:p w14:paraId="018F6928" w14:textId="77777777" w:rsidR="00EA249A" w:rsidRDefault="00E46D35">
            <w:r>
              <w:t>35 €</w:t>
            </w:r>
          </w:p>
        </w:tc>
        <w:tc>
          <w:tcPr>
            <w:tcW w:w="2635" w:type="dxa"/>
          </w:tcPr>
          <w:p w14:paraId="75C1E71D" w14:textId="77777777" w:rsidR="00EA249A" w:rsidRDefault="00EA249A"/>
        </w:tc>
      </w:tr>
      <w:tr w:rsidR="00EA249A" w14:paraId="34D942A0" w14:textId="77777777">
        <w:trPr>
          <w:jc w:val="center"/>
        </w:trPr>
        <w:tc>
          <w:tcPr>
            <w:tcW w:w="2635" w:type="dxa"/>
          </w:tcPr>
          <w:p w14:paraId="7863D18C" w14:textId="77777777" w:rsidR="00EA249A" w:rsidRDefault="00E46D35">
            <w:r>
              <w:t>☐</w:t>
            </w:r>
          </w:p>
        </w:tc>
        <w:tc>
          <w:tcPr>
            <w:tcW w:w="2635" w:type="dxa"/>
          </w:tcPr>
          <w:p w14:paraId="286AE631" w14:textId="77777777" w:rsidR="00EA249A" w:rsidRDefault="00E46D35">
            <w:r>
              <w:t>Confirmation adhérent</w:t>
            </w:r>
          </w:p>
        </w:tc>
        <w:tc>
          <w:tcPr>
            <w:tcW w:w="2635" w:type="dxa"/>
          </w:tcPr>
          <w:p w14:paraId="280DA2DE" w14:textId="77777777" w:rsidR="00EA249A" w:rsidRDefault="00E46D35">
            <w:r>
              <w:t>Gratuit</w:t>
            </w:r>
          </w:p>
        </w:tc>
        <w:tc>
          <w:tcPr>
            <w:tcW w:w="2635" w:type="dxa"/>
          </w:tcPr>
          <w:p w14:paraId="2E2DF9EA" w14:textId="77777777" w:rsidR="00EA249A" w:rsidRDefault="00EA249A"/>
        </w:tc>
      </w:tr>
    </w:tbl>
    <w:p w14:paraId="22EB0567" w14:textId="77777777" w:rsidR="00DC3EEA" w:rsidRDefault="00DC3EEA">
      <w:pPr>
        <w:rPr>
          <w:b/>
        </w:rPr>
      </w:pPr>
    </w:p>
    <w:p w14:paraId="56E673C2" w14:textId="00C50F5D" w:rsidR="00EA249A" w:rsidRDefault="00E46D35">
      <w:r>
        <w:rPr>
          <w:b/>
        </w:rPr>
        <w:t xml:space="preserve">TOTAL À </w:t>
      </w:r>
      <w:proofErr w:type="gramStart"/>
      <w:r>
        <w:rPr>
          <w:b/>
        </w:rPr>
        <w:t>RÉGLER :</w:t>
      </w:r>
      <w:proofErr w:type="gramEnd"/>
      <w:r>
        <w:rPr>
          <w:b/>
        </w:rPr>
        <w:t xml:space="preserve"> __________________ €</w:t>
      </w:r>
      <w:r w:rsidR="00DC3EEA">
        <w:rPr>
          <w:b/>
        </w:rPr>
        <w:t xml:space="preserve">                                                            </w:t>
      </w:r>
      <w:proofErr w:type="spellStart"/>
      <w:r w:rsidRPr="00DC3EEA">
        <w:rPr>
          <w:b/>
          <w:bCs/>
        </w:rPr>
        <w:t>Chèque</w:t>
      </w:r>
      <w:proofErr w:type="spellEnd"/>
      <w:r w:rsidRPr="00DC3EEA">
        <w:rPr>
          <w:b/>
          <w:bCs/>
        </w:rPr>
        <w:t xml:space="preserve"> à </w:t>
      </w:r>
      <w:proofErr w:type="spellStart"/>
      <w:r w:rsidRPr="00DC3EEA">
        <w:rPr>
          <w:b/>
          <w:bCs/>
        </w:rPr>
        <w:t>l’ordre</w:t>
      </w:r>
      <w:proofErr w:type="spellEnd"/>
      <w:r w:rsidRPr="00DC3EEA">
        <w:rPr>
          <w:b/>
          <w:bCs/>
        </w:rPr>
        <w:t xml:space="preserve"> </w:t>
      </w:r>
      <w:proofErr w:type="gramStart"/>
      <w:r w:rsidRPr="00DC3EEA">
        <w:rPr>
          <w:b/>
          <w:bCs/>
        </w:rPr>
        <w:t>de :</w:t>
      </w:r>
      <w:proofErr w:type="gramEnd"/>
      <w:r w:rsidRPr="00DC3EEA">
        <w:rPr>
          <w:b/>
          <w:bCs/>
        </w:rPr>
        <w:t xml:space="preserve"> C.E.B</w:t>
      </w:r>
    </w:p>
    <w:p w14:paraId="5FB11F63" w14:textId="31550BE2" w:rsidR="00EA249A" w:rsidRDefault="00E46D35">
      <w:r>
        <w:t xml:space="preserve">Fait </w:t>
      </w:r>
      <w:proofErr w:type="gramStart"/>
      <w:r>
        <w:t>à :</w:t>
      </w:r>
      <w:proofErr w:type="gramEnd"/>
      <w:r>
        <w:t xml:space="preserve"> __________________  </w:t>
      </w:r>
      <w:r w:rsidR="00DC3EEA">
        <w:t xml:space="preserve">         </w:t>
      </w:r>
      <w:r>
        <w:t xml:space="preserve"> </w:t>
      </w:r>
      <w:proofErr w:type="gramStart"/>
      <w:r>
        <w:t>Le :</w:t>
      </w:r>
      <w:proofErr w:type="gramEnd"/>
      <w:r>
        <w:t xml:space="preserve"> ____ / ____ / 2026</w:t>
      </w:r>
      <w:r w:rsidR="00DC3EEA">
        <w:t xml:space="preserve">                                     </w:t>
      </w:r>
      <w:proofErr w:type="gramStart"/>
      <w:r>
        <w:t>Signature :</w:t>
      </w:r>
      <w:proofErr w:type="gramEnd"/>
      <w:r>
        <w:t xml:space="preserve"> _________________________________</w:t>
      </w:r>
    </w:p>
    <w:p w14:paraId="17F79133" w14:textId="76472611" w:rsidR="00EA249A" w:rsidRDefault="00E46D35">
      <w:proofErr w:type="spellStart"/>
      <w:proofErr w:type="gramStart"/>
      <w:r w:rsidRPr="00DC3EEA">
        <w:rPr>
          <w:u w:val="single"/>
        </w:rPr>
        <w:t>Responsabilité</w:t>
      </w:r>
      <w:proofErr w:type="spellEnd"/>
      <w:r w:rsidRPr="00DC3EEA">
        <w:rPr>
          <w:u w:val="single"/>
        </w:rPr>
        <w:t xml:space="preserve"> :</w:t>
      </w:r>
      <w:proofErr w:type="gramEnd"/>
      <w:r>
        <w:t xml:space="preserve"> Les propriétaires et accompagnateurs sont responsables des incidents et renoncent à tout recours contre l’organisation.</w:t>
      </w:r>
    </w:p>
    <w:p w14:paraId="3E647839" w14:textId="77777777" w:rsidR="00EA249A" w:rsidRDefault="00E46D35">
      <w:pPr>
        <w:jc w:val="center"/>
      </w:pPr>
      <w:r>
        <w:rPr>
          <w:b/>
        </w:rPr>
        <w:t xml:space="preserve">Inscriptions à </w:t>
      </w:r>
      <w:proofErr w:type="spellStart"/>
      <w:r>
        <w:rPr>
          <w:b/>
        </w:rPr>
        <w:t>retourner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à :</w:t>
      </w:r>
      <w:proofErr w:type="gramEnd"/>
      <w:r>
        <w:rPr>
          <w:b/>
        </w:rPr>
        <w:t xml:space="preserve"> Florian Callac – Délégué CEB Côtes-d’Armor</w:t>
      </w:r>
      <w:r>
        <w:rPr>
          <w:b/>
        </w:rPr>
        <w:br/>
        <w:t>2 Kercado – 22200 Trégonneau</w:t>
      </w:r>
      <w:r>
        <w:rPr>
          <w:b/>
        </w:rPr>
        <w:br/>
      </w:r>
      <w:proofErr w:type="gramStart"/>
      <w:r>
        <w:rPr>
          <w:b/>
        </w:rPr>
        <w:t>Tél :</w:t>
      </w:r>
      <w:proofErr w:type="gramEnd"/>
      <w:r>
        <w:rPr>
          <w:b/>
        </w:rPr>
        <w:t xml:space="preserve"> 06 76 25 57 91 – </w:t>
      </w:r>
      <w:proofErr w:type="gramStart"/>
      <w:r>
        <w:rPr>
          <w:b/>
        </w:rPr>
        <w:t>Mail :</w:t>
      </w:r>
      <w:proofErr w:type="gramEnd"/>
      <w:r>
        <w:rPr>
          <w:b/>
        </w:rPr>
        <w:t xml:space="preserve"> florian.callac@gmail.com</w:t>
      </w:r>
    </w:p>
    <w:sectPr w:rsidR="00EA249A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3535868">
    <w:abstractNumId w:val="8"/>
  </w:num>
  <w:num w:numId="2" w16cid:durableId="1796564318">
    <w:abstractNumId w:val="6"/>
  </w:num>
  <w:num w:numId="3" w16cid:durableId="877863841">
    <w:abstractNumId w:val="5"/>
  </w:num>
  <w:num w:numId="4" w16cid:durableId="1584561372">
    <w:abstractNumId w:val="4"/>
  </w:num>
  <w:num w:numId="5" w16cid:durableId="1062293762">
    <w:abstractNumId w:val="7"/>
  </w:num>
  <w:num w:numId="6" w16cid:durableId="2140688128">
    <w:abstractNumId w:val="3"/>
  </w:num>
  <w:num w:numId="7" w16cid:durableId="845243277">
    <w:abstractNumId w:val="2"/>
  </w:num>
  <w:num w:numId="8" w16cid:durableId="1882784597">
    <w:abstractNumId w:val="1"/>
  </w:num>
  <w:num w:numId="9" w16cid:durableId="1032420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69E3"/>
    <w:rsid w:val="0015074B"/>
    <w:rsid w:val="0016394D"/>
    <w:rsid w:val="0029639D"/>
    <w:rsid w:val="00326F90"/>
    <w:rsid w:val="004F61E7"/>
    <w:rsid w:val="0063330E"/>
    <w:rsid w:val="0064505B"/>
    <w:rsid w:val="00AA1D8D"/>
    <w:rsid w:val="00B47730"/>
    <w:rsid w:val="00CB0664"/>
    <w:rsid w:val="00DC3EEA"/>
    <w:rsid w:val="00EA24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16F9094B-4EF0-4AAE-A69E-C8943577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0F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Florian Callac</cp:lastModifiedBy>
  <cp:revision>5</cp:revision>
  <dcterms:created xsi:type="dcterms:W3CDTF">2013-12-23T23:15:00Z</dcterms:created>
  <dcterms:modified xsi:type="dcterms:W3CDTF">2026-05-05T07:48:00Z</dcterms:modified>
  <cp:category/>
</cp:coreProperties>
</file>